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4"/>
      </w:tblGrid>
      <w:tr w:rsidR="007955BF" w14:paraId="6BE33353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244A3A"/>
            <w:tcMar>
              <w:top w:w="280" w:type="dxa"/>
              <w:left w:w="220" w:type="dxa"/>
              <w:bottom w:w="250" w:type="dxa"/>
              <w:right w:w="220" w:type="dxa"/>
            </w:tcMar>
          </w:tcPr>
          <w:p w14:paraId="0A08708F" w14:textId="77777777" w:rsidR="007955BF" w:rsidRDefault="002A6393">
            <w:pPr>
              <w:jc w:val="center"/>
            </w:pPr>
            <w:r>
              <w:rPr>
                <w:rFonts w:ascii="Aptos" w:hAnsi="Aptos"/>
                <w:b/>
                <w:color w:val="FFFFFF"/>
                <w:sz w:val="68"/>
              </w:rPr>
              <w:t>CSP 50</w:t>
            </w:r>
          </w:p>
          <w:p w14:paraId="00D2C73D" w14:textId="77777777" w:rsidR="007955BF" w:rsidRDefault="002A6393">
            <w:pPr>
              <w:spacing w:before="40"/>
              <w:jc w:val="center"/>
            </w:pPr>
            <w:r>
              <w:rPr>
                <w:rFonts w:ascii="Aptos" w:hAnsi="Aptos"/>
                <w:b/>
                <w:color w:val="D3A64B"/>
                <w:sz w:val="30"/>
              </w:rPr>
              <w:t>KOHALIK HJS VÕISTLUS</w:t>
            </w:r>
          </w:p>
          <w:p w14:paraId="313225DC" w14:textId="77777777" w:rsidR="007955BF" w:rsidRDefault="002A6393">
            <w:pPr>
              <w:jc w:val="center"/>
            </w:pPr>
            <w:r>
              <w:rPr>
                <w:rFonts w:ascii="Aptos" w:hAnsi="Aptos"/>
                <w:b/>
                <w:color w:val="FFFFFF"/>
                <w:sz w:val="26"/>
              </w:rPr>
              <w:t>PIHLARABA LASKEPAIGAS</w:t>
            </w:r>
          </w:p>
        </w:tc>
      </w:tr>
      <w:tr w:rsidR="007955BF" w14:paraId="371AF5B1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D3A64B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0634EAA8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244A3A"/>
                <w:sz w:val="30"/>
              </w:rPr>
              <w:t>PÜHAPÄEV  •  13. SEPTEMBER 2026  •  KELL 10.00</w:t>
            </w:r>
          </w:p>
        </w:tc>
      </w:tr>
      <w:tr w:rsidR="007955BF" w14:paraId="7C360767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F5F7F2"/>
            <w:tcMar>
              <w:top w:w="220" w:type="dxa"/>
              <w:left w:w="220" w:type="dxa"/>
              <w:bottom w:w="220" w:type="dxa"/>
              <w:right w:w="220" w:type="dxa"/>
            </w:tcMar>
            <w:vAlign w:val="center"/>
          </w:tcPr>
          <w:p w14:paraId="205045CB" w14:textId="77777777" w:rsidR="007955BF" w:rsidRDefault="002A6393">
            <w:pPr>
              <w:spacing w:after="80" w:line="252" w:lineRule="auto"/>
              <w:jc w:val="center"/>
            </w:pPr>
            <w:r>
              <w:rPr>
                <w:rFonts w:ascii="Aptos" w:hAnsi="Aptos"/>
                <w:b/>
                <w:color w:val="244A3A"/>
                <w:sz w:val="26"/>
              </w:rPr>
              <w:t>VÕISTLUSKLASSID</w:t>
            </w:r>
          </w:p>
          <w:p w14:paraId="429242F4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24342D"/>
                <w:sz w:val="28"/>
              </w:rPr>
              <w:t>JUN  •  MAN  •  LAD  •  SEN  •  VET</w:t>
            </w:r>
          </w:p>
          <w:p w14:paraId="001F6C0D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color w:val="24342D"/>
                <w:sz w:val="24"/>
              </w:rPr>
              <w:t>Individuaal- ja meeskonnavõistlus</w:t>
            </w:r>
          </w:p>
          <w:p w14:paraId="5080E74B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color w:val="24342D"/>
              </w:rPr>
              <w:t>Meeskond koosneb kolmest liikmest.</w:t>
            </w:r>
          </w:p>
        </w:tc>
      </w:tr>
      <w:tr w:rsidR="007955BF" w14:paraId="5F2128AD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DCE9E1"/>
            <w:tcMar>
              <w:top w:w="200" w:type="dxa"/>
              <w:left w:w="260" w:type="dxa"/>
              <w:bottom w:w="200" w:type="dxa"/>
              <w:right w:w="260" w:type="dxa"/>
            </w:tcMar>
            <w:vAlign w:val="center"/>
          </w:tcPr>
          <w:p w14:paraId="3FC6FCDE" w14:textId="77777777" w:rsidR="007955BF" w:rsidRDefault="002A6393">
            <w:pPr>
              <w:spacing w:after="100" w:line="252" w:lineRule="auto"/>
              <w:jc w:val="center"/>
            </w:pPr>
            <w:r>
              <w:rPr>
                <w:rFonts w:ascii="Aptos" w:hAnsi="Aptos"/>
                <w:b/>
                <w:color w:val="244A3A"/>
                <w:sz w:val="26"/>
              </w:rPr>
              <w:t>OHUTUS JA RIIETUS</w:t>
            </w:r>
          </w:p>
          <w:p w14:paraId="4FDFB3A1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24342D"/>
                <w:sz w:val="24"/>
              </w:rPr>
              <w:t>Kohustuslikud on kaitseprillid ja kuulmiskaitsmed.</w:t>
            </w:r>
          </w:p>
          <w:p w14:paraId="53FAFF4E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color w:val="24342D"/>
              </w:rPr>
              <w:t>Kanda tuleb vähemalt põlvedeni ulatuvaid pükse, T-särki ja kinniseid jalanõusid.</w:t>
            </w:r>
          </w:p>
        </w:tc>
      </w:tr>
      <w:tr w:rsidR="007955BF" w14:paraId="0A04D14D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F5F7F2"/>
            <w:tcMar>
              <w:top w:w="180" w:type="dxa"/>
              <w:left w:w="240" w:type="dxa"/>
              <w:bottom w:w="180" w:type="dxa"/>
              <w:right w:w="240" w:type="dxa"/>
            </w:tcMar>
            <w:vAlign w:val="center"/>
          </w:tcPr>
          <w:p w14:paraId="162270C8" w14:textId="77777777" w:rsidR="007955BF" w:rsidRDefault="002A6393">
            <w:pPr>
              <w:spacing w:after="80" w:line="252" w:lineRule="auto"/>
              <w:jc w:val="center"/>
            </w:pPr>
            <w:r>
              <w:rPr>
                <w:rFonts w:ascii="Aptos" w:hAnsi="Aptos"/>
                <w:b/>
                <w:color w:val="244A3A"/>
                <w:sz w:val="26"/>
              </w:rPr>
              <w:t>INFO</w:t>
            </w:r>
          </w:p>
          <w:p w14:paraId="424D6CC4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24342D"/>
                <w:sz w:val="24"/>
              </w:rPr>
              <w:t>Janek Elm  •  5661 8479</w:t>
            </w:r>
          </w:p>
          <w:p w14:paraId="2F527950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24342D"/>
                <w:sz w:val="24"/>
              </w:rPr>
              <w:t>Tõnis Laanemäe  •  5650 3463</w:t>
            </w:r>
          </w:p>
        </w:tc>
      </w:tr>
      <w:tr w:rsidR="007955BF" w14:paraId="6648F85F" w14:textId="77777777">
        <w:trPr>
          <w:jc w:val="center"/>
        </w:trPr>
        <w:tc>
          <w:tcPr>
            <w:tcW w:w="9184" w:type="dxa"/>
            <w:tcBorders>
              <w:top w:val="single" w:sz="10" w:space="0" w:color="D3A64B"/>
              <w:left w:val="single" w:sz="10" w:space="0" w:color="D3A64B"/>
              <w:bottom w:val="single" w:sz="10" w:space="0" w:color="D3A64B"/>
              <w:right w:val="single" w:sz="10" w:space="0" w:color="D3A64B"/>
            </w:tcBorders>
            <w:shd w:val="clear" w:color="auto" w:fill="244A3A"/>
            <w:tcMar>
              <w:top w:w="220" w:type="dxa"/>
              <w:left w:w="220" w:type="dxa"/>
              <w:bottom w:w="220" w:type="dxa"/>
              <w:right w:w="220" w:type="dxa"/>
            </w:tcMar>
            <w:vAlign w:val="center"/>
          </w:tcPr>
          <w:p w14:paraId="75DE2546" w14:textId="77777777" w:rsidR="007955BF" w:rsidRDefault="002A6393">
            <w:pPr>
              <w:spacing w:after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34"/>
              </w:rPr>
              <w:t>KOHTUMISENI RABAS!</w:t>
            </w:r>
          </w:p>
        </w:tc>
      </w:tr>
    </w:tbl>
    <w:p w14:paraId="186D3DCA" w14:textId="77777777" w:rsidR="002A6393" w:rsidRDefault="002A6393"/>
    <w:sectPr w:rsidR="00000000" w:rsidSect="00034616">
      <w:pgSz w:w="10205" w:h="1303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666213">
    <w:abstractNumId w:val="8"/>
  </w:num>
  <w:num w:numId="2" w16cid:durableId="55278745">
    <w:abstractNumId w:val="6"/>
  </w:num>
  <w:num w:numId="3" w16cid:durableId="1206142858">
    <w:abstractNumId w:val="5"/>
  </w:num>
  <w:num w:numId="4" w16cid:durableId="407581394">
    <w:abstractNumId w:val="4"/>
  </w:num>
  <w:num w:numId="5" w16cid:durableId="62921906">
    <w:abstractNumId w:val="7"/>
  </w:num>
  <w:num w:numId="6" w16cid:durableId="1561403254">
    <w:abstractNumId w:val="3"/>
  </w:num>
  <w:num w:numId="7" w16cid:durableId="5332654">
    <w:abstractNumId w:val="2"/>
  </w:num>
  <w:num w:numId="8" w16cid:durableId="288784345">
    <w:abstractNumId w:val="1"/>
  </w:num>
  <w:num w:numId="9" w16cid:durableId="178010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6393"/>
    <w:rsid w:val="00326F90"/>
    <w:rsid w:val="007666BA"/>
    <w:rsid w:val="007955B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AAA30"/>
  <w14:defaultImageDpi w14:val="300"/>
  <w15:docId w15:val="{2DE905F6-6B62-4EE2-A403-934BEA94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Anu Sarapuu</cp:lastModifiedBy>
  <cp:revision>2</cp:revision>
  <dcterms:created xsi:type="dcterms:W3CDTF">2026-09-04T08:36:00Z</dcterms:created>
  <dcterms:modified xsi:type="dcterms:W3CDTF">2026-09-04T08:36:00Z</dcterms:modified>
  <cp:category/>
</cp:coreProperties>
</file>